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Name</w:t>
      </w:r>
    </w:p>
    <w:p>
      <w:r>
        <w:t>Hong Kong | your.email@example.com | Portfolio or LinkedIn URL</w:t>
      </w:r>
    </w:p>
    <w:p>
      <w:pPr>
        <w:pStyle w:val="Heading1"/>
      </w:pPr>
      <w:r>
        <w:t>Profile</w:t>
      </w:r>
    </w:p>
    <w:p>
      <w:r>
        <w:t>Final-year [degree] student interested in [target role]. Describe one relevant strength supported by your experience.</w:t>
      </w:r>
    </w:p>
    <w:p>
      <w:pPr>
        <w:pStyle w:val="Heading1"/>
      </w:pPr>
      <w:r>
        <w:t>Education</w:t>
      </w:r>
    </w:p>
    <w:p>
      <w:r>
        <w:t>University name   Degree subject   Expected graduation month year</w:t>
      </w:r>
    </w:p>
    <w:p>
      <w:r>
        <w:t>Relevant modules or academic project: [only include what supports your application].</w:t>
      </w:r>
    </w:p>
    <w:p>
      <w:pPr>
        <w:pStyle w:val="Heading1"/>
      </w:pPr>
      <w:r>
        <w:t>Project Experience</w:t>
      </w:r>
    </w:p>
    <w:p>
      <w:r>
        <w:t>Project name   Your role   Month year to month year</w:t>
      </w:r>
    </w:p>
    <w:p>
      <w:r>
        <w:t>Describe the problem and your specific responsibility.</w:t>
      </w:r>
    </w:p>
    <w:p>
      <w:r>
        <w:t>Explain an action you took, a tool you used and an accurate outcome.</w:t>
      </w:r>
    </w:p>
    <w:p>
      <w:pPr>
        <w:pStyle w:val="Heading1"/>
      </w:pPr>
      <w:r>
        <w:t>Work and Activities</w:t>
      </w:r>
    </w:p>
    <w:p>
      <w:r>
        <w:t>Organisation or society   Role   Month year to month year</w:t>
      </w:r>
    </w:p>
    <w:p>
      <w:r>
        <w:t>Show a relevant contribution with a specific example.</w:t>
      </w:r>
    </w:p>
    <w:p>
      <w:pPr>
        <w:pStyle w:val="Heading1"/>
      </w:pPr>
      <w:r>
        <w:t>Skills</w:t>
      </w:r>
    </w:p>
    <w:p>
      <w:r>
        <w:t>Technical tools: [include tools you can demonstrate].</w:t>
      </w:r>
    </w:p>
    <w:p>
      <w:r>
        <w:t>Languages: [describe your proficiency accurately].</w:t>
      </w:r>
    </w:p>
    <w:p>
      <w:r>
        <w:rPr>
          <w:sz w:val="16"/>
        </w:rPr>
        <w:t>Template guidance: replace all bracketed text. Keep claims accurate and follow the employer file instructions. Remove this guidance before applying.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